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19AE" w14:textId="77777777" w:rsidR="005C3834" w:rsidRDefault="00000000">
      <w:pPr>
        <w:jc w:val="center"/>
      </w:pPr>
      <w:r>
        <w:rPr>
          <w:b/>
          <w:sz w:val="44"/>
        </w:rPr>
        <w:t>KINGDOM PROSPERITY FELLOWSHIP</w:t>
      </w:r>
    </w:p>
    <w:p w14:paraId="041300B5" w14:textId="77777777" w:rsidR="005C3834" w:rsidRDefault="00000000">
      <w:pPr>
        <w:jc w:val="center"/>
      </w:pPr>
      <w:r>
        <w:rPr>
          <w:b/>
          <w:sz w:val="28"/>
        </w:rPr>
        <w:t>October 4, 2026 - Complete Study Notes</w:t>
      </w:r>
    </w:p>
    <w:p w14:paraId="680EC0B8" w14:textId="77777777" w:rsidR="005C3834" w:rsidRDefault="00000000">
      <w:pPr>
        <w:jc w:val="center"/>
      </w:pPr>
      <w:r>
        <w:rPr>
          <w:i/>
        </w:rPr>
        <w:t>Bishop Allen Brown | The Prosperity Strategies of Jesus Christ</w:t>
      </w:r>
      <w:r>
        <w:rPr>
          <w:i/>
        </w:rPr>
        <w:br/>
        <w:t>Chapters 37-38: Tiered Leadership &amp; Relational Capital</w:t>
      </w:r>
    </w:p>
    <w:p w14:paraId="1904500D" w14:textId="77777777" w:rsidR="005C3834" w:rsidRDefault="00000000">
      <w:pPr>
        <w:jc w:val="center"/>
      </w:pPr>
      <w:r>
        <w:rPr>
          <w:b/>
        </w:rPr>
        <w:t>MAIN THEME</w:t>
      </w:r>
    </w:p>
    <w:p w14:paraId="557FCA34" w14:textId="77777777" w:rsidR="005C3834" w:rsidRDefault="00000000">
      <w:pPr>
        <w:jc w:val="center"/>
      </w:pPr>
      <w:r>
        <w:rPr>
          <w:b/>
        </w:rPr>
        <w:t>Know your assignment. Protect your time. Manage access. Prune what competes with purpose. Trust God enough not to make every problem your emergency.</w:t>
      </w:r>
    </w:p>
    <w:p w14:paraId="227D11AC" w14:textId="77777777" w:rsidR="005C3834" w:rsidRDefault="00000000">
      <w:pPr>
        <w:pStyle w:val="Heading1"/>
      </w:pPr>
      <w:r>
        <w:t>1. What Kingdom Prosperity Means</w:t>
      </w:r>
    </w:p>
    <w:p w14:paraId="331BB2BA" w14:textId="77777777" w:rsidR="005C3834" w:rsidRDefault="00000000">
      <w:pPr>
        <w:spacing w:after="100"/>
      </w:pPr>
      <w:r>
        <w:t>Kingdom prosperity is not "name it and claim it," fake prosperity, or looking for shortcuts. It is learning to prosper in the areas God has entrusted to us by receiving His wisdom, knowledge, understanding, discipline, principles, and direction.</w:t>
      </w:r>
    </w:p>
    <w:p w14:paraId="48A448BC" w14:textId="77777777" w:rsidR="005C3834" w:rsidRDefault="00000000">
      <w:pPr>
        <w:spacing w:after="100"/>
      </w:pPr>
      <w:r>
        <w:t>The teaching emphasized coming out of the world's systems - its culture, operating principles, habits, and patterns - and learning to live by godly principles in faith. The goal is to become effective believers who can fulfill the assignments God has given us.</w:t>
      </w:r>
    </w:p>
    <w:p w14:paraId="618732DB" w14:textId="77777777" w:rsidR="005C3834" w:rsidRDefault="00000000">
      <w:pPr>
        <w:ind w:left="504" w:right="504"/>
      </w:pPr>
      <w:r>
        <w:rPr>
          <w:i/>
        </w:rPr>
        <w:t>Kingdom prosperity is not merely what I possess; it is what God can produce through my faith, wisdom, obedience, discipline, and consistency.</w:t>
      </w:r>
    </w:p>
    <w:p w14:paraId="1AB6DE3E" w14:textId="77777777" w:rsidR="005C3834" w:rsidRDefault="00000000">
      <w:pPr>
        <w:pStyle w:val="Heading1"/>
      </w:pPr>
      <w:r>
        <w:t>2. Assignment Before Activity</w:t>
      </w:r>
    </w:p>
    <w:p w14:paraId="7478AC77" w14:textId="77777777" w:rsidR="005C3834" w:rsidRDefault="00000000">
      <w:pPr>
        <w:spacing w:after="100"/>
      </w:pPr>
      <w:r>
        <w:t>The opening prayer focused on removing self from the way so believers can recognize their assignment and get busy doing what God has called them to do. Jesus modeled self-denial: He did not take a shortcut around His assignment, even when the assignment required sacrifice.</w:t>
      </w:r>
    </w:p>
    <w:p w14:paraId="547D370F" w14:textId="77777777" w:rsidR="005C3834" w:rsidRDefault="00000000">
      <w:pPr>
        <w:spacing w:after="100"/>
      </w:pPr>
      <w:r>
        <w:t>A central lesson was that believers can be busy without being productive. Productivity requires clarity about what deserves time, attention, energy, money, and access in the current season.</w:t>
      </w:r>
    </w:p>
    <w:p w14:paraId="62B60E98" w14:textId="77777777" w:rsidR="005C3834" w:rsidRDefault="00000000">
      <w:pPr>
        <w:ind w:left="504" w:right="504"/>
      </w:pPr>
      <w:r>
        <w:rPr>
          <w:i/>
        </w:rPr>
        <w:t>Sometimes victory is on the other side of denying yourself.</w:t>
      </w:r>
    </w:p>
    <w:p w14:paraId="7D5AB661" w14:textId="77777777" w:rsidR="005C3834" w:rsidRDefault="00000000">
      <w:pPr>
        <w:pStyle w:val="Heading1"/>
      </w:pPr>
      <w:r>
        <w:t>3. Productivity Requires Intentional Movement</w:t>
      </w:r>
    </w:p>
    <w:p w14:paraId="1C13AD4A" w14:textId="77777777" w:rsidR="005C3834" w:rsidRDefault="00000000">
      <w:pPr>
        <w:spacing w:after="100"/>
      </w:pPr>
      <w:r>
        <w:t>The teaching connected several themes from earlier weeks: identity and clarity, healthy boundaries, intentional movement, stewardship, value, obedience, fruitfulness, and productivity.</w:t>
      </w:r>
    </w:p>
    <w:p w14:paraId="39EBA1B6" w14:textId="77777777" w:rsidR="005C3834" w:rsidRDefault="00000000">
      <w:pPr>
        <w:spacing w:after="100"/>
      </w:pPr>
      <w:r>
        <w:t>The order matters: when we know who we are, what God has given us, and what season we are in, we can make intentional decisions instead of allowing other people and distractions to dictate our lives.</w:t>
      </w:r>
    </w:p>
    <w:p w14:paraId="1FA794F1" w14:textId="77777777" w:rsidR="005C3834" w:rsidRDefault="00000000">
      <w:pPr>
        <w:pStyle w:val="Heading1"/>
      </w:pPr>
      <w:r>
        <w:lastRenderedPageBreak/>
        <w:t>4. Tiered Leadership: Everybody Has Value, But Everybody Does Not Get Equal Access</w:t>
      </w:r>
    </w:p>
    <w:p w14:paraId="7B09A283" w14:textId="77777777" w:rsidR="005C3834" w:rsidRDefault="00000000">
      <w:pPr>
        <w:spacing w:after="100"/>
      </w:pPr>
      <w:r>
        <w:t>Tiered leadership means different levels of access, responsibility, attention, and investment. Jesus loved people, but He did not give every person the same access to His time, private moments, development, or assignment.</w:t>
      </w:r>
    </w:p>
    <w:p w14:paraId="3BAC67F0" w14:textId="77777777" w:rsidR="005C3834" w:rsidRDefault="00000000">
      <w:pPr>
        <w:pStyle w:val="ListBullet"/>
        <w:spacing w:after="40"/>
      </w:pPr>
      <w:r>
        <w:t>The multitudes had one level of access.</w:t>
      </w:r>
    </w:p>
    <w:p w14:paraId="601C2ED6" w14:textId="77777777" w:rsidR="005C3834" w:rsidRDefault="00000000">
      <w:pPr>
        <w:pStyle w:val="ListBullet"/>
        <w:spacing w:after="40"/>
      </w:pPr>
      <w:r>
        <w:t>The larger group of disciples had another level.</w:t>
      </w:r>
    </w:p>
    <w:p w14:paraId="343DC0FA" w14:textId="77777777" w:rsidR="005C3834" w:rsidRDefault="00000000">
      <w:pPr>
        <w:pStyle w:val="ListBullet"/>
        <w:spacing w:after="40"/>
      </w:pPr>
      <w:r>
        <w:t>The Twelve had another level.</w:t>
      </w:r>
    </w:p>
    <w:p w14:paraId="40210C9D" w14:textId="77777777" w:rsidR="005C3834" w:rsidRDefault="00000000">
      <w:pPr>
        <w:pStyle w:val="ListBullet"/>
        <w:spacing w:after="40"/>
      </w:pPr>
      <w:r>
        <w:t>Peter, James, and John sometimes received even closer access.</w:t>
      </w:r>
    </w:p>
    <w:p w14:paraId="4EEDBC0D" w14:textId="77777777" w:rsidR="005C3834" w:rsidRDefault="00000000">
      <w:pPr>
        <w:pStyle w:val="ListBullet"/>
        <w:spacing w:after="40"/>
      </w:pPr>
      <w:r>
        <w:t>At times, Jesus withdrew completely to be alone with the Father.</w:t>
      </w:r>
    </w:p>
    <w:p w14:paraId="11541079" w14:textId="77777777" w:rsidR="005C3834" w:rsidRDefault="00000000">
      <w:pPr>
        <w:spacing w:after="100"/>
      </w:pPr>
      <w:r>
        <w:t>Different access does not mean different human value. It means different responsibilities require different levels of time and investment.</w:t>
      </w:r>
    </w:p>
    <w:p w14:paraId="6108ABF3" w14:textId="77777777" w:rsidR="005C3834" w:rsidRDefault="00000000">
      <w:pPr>
        <w:ind w:left="504" w:right="504"/>
      </w:pPr>
      <w:r>
        <w:rPr>
          <w:i/>
        </w:rPr>
        <w:t>Everybody has value, but everybody does not get equal access.</w:t>
      </w:r>
    </w:p>
    <w:p w14:paraId="24B979BF" w14:textId="77777777" w:rsidR="005C3834" w:rsidRDefault="00000000">
      <w:pPr>
        <w:pStyle w:val="Heading1"/>
      </w:pPr>
      <w:r>
        <w:t>5. Questions to Ask About Your Life Right Now</w:t>
      </w:r>
    </w:p>
    <w:p w14:paraId="7A806083" w14:textId="77777777" w:rsidR="005C3834" w:rsidRDefault="00000000">
      <w:pPr>
        <w:pStyle w:val="ListBullet"/>
        <w:spacing w:after="40"/>
      </w:pPr>
      <w:r>
        <w:t>What really deserves my time and attention right now?</w:t>
      </w:r>
    </w:p>
    <w:p w14:paraId="2A037069" w14:textId="77777777" w:rsidR="005C3834" w:rsidRDefault="00000000">
      <w:pPr>
        <w:pStyle w:val="ListBullet"/>
        <w:spacing w:after="40"/>
      </w:pPr>
      <w:r>
        <w:t>Who deserves access to me right now?</w:t>
      </w:r>
    </w:p>
    <w:p w14:paraId="60FC387F" w14:textId="77777777" w:rsidR="005C3834" w:rsidRDefault="00000000">
      <w:pPr>
        <w:pStyle w:val="ListBullet"/>
        <w:spacing w:after="40"/>
      </w:pPr>
      <w:r>
        <w:t>What should I continue investing in right now?</w:t>
      </w:r>
    </w:p>
    <w:p w14:paraId="47103D7F" w14:textId="77777777" w:rsidR="005C3834" w:rsidRDefault="00000000">
      <w:pPr>
        <w:pStyle w:val="ListBullet"/>
        <w:spacing w:after="40"/>
      </w:pPr>
      <w:r>
        <w:t>What should I reduce or release from my life right now?</w:t>
      </w:r>
    </w:p>
    <w:p w14:paraId="5514176A" w14:textId="77777777" w:rsidR="005C3834" w:rsidRDefault="00000000">
      <w:pPr>
        <w:pStyle w:val="ListBullet"/>
        <w:spacing w:after="40"/>
      </w:pPr>
      <w:r>
        <w:t>Am I making decisions based on purpose, or based on people's reactions?</w:t>
      </w:r>
    </w:p>
    <w:p w14:paraId="7ED31505" w14:textId="77777777" w:rsidR="005C3834" w:rsidRDefault="00000000">
      <w:pPr>
        <w:pStyle w:val="ListBullet"/>
        <w:spacing w:after="40"/>
      </w:pPr>
      <w:r>
        <w:t>What am I permitting to consume my time, attention, resources, and peace?</w:t>
      </w:r>
    </w:p>
    <w:p w14:paraId="02DA6704" w14:textId="77777777" w:rsidR="005C3834" w:rsidRDefault="00000000">
      <w:pPr>
        <w:spacing w:after="100"/>
      </w:pPr>
      <w:r>
        <w:t>These questions help expose where we may be carrying too much, giving too much access, holding onto a past season, or allowing fear of people's reactions to interfere with forward movement.</w:t>
      </w:r>
    </w:p>
    <w:p w14:paraId="0FAEC438" w14:textId="77777777" w:rsidR="005C3834" w:rsidRDefault="00000000">
      <w:pPr>
        <w:pStyle w:val="Heading1"/>
      </w:pPr>
      <w:r>
        <w:t>6. Releasing a Season Does Not Mean It Was Wasted</w:t>
      </w:r>
    </w:p>
    <w:p w14:paraId="3EAA61ED" w14:textId="77777777" w:rsidR="005C3834" w:rsidRDefault="00000000">
      <w:pPr>
        <w:spacing w:after="100"/>
      </w:pPr>
      <w:r>
        <w:t>Bishop Allen shared an example of leaving a platform after investing years, money, and effort into it. The lesson was that an experience does not become a waste simply because the final return did not come from that particular place.</w:t>
      </w:r>
    </w:p>
    <w:p w14:paraId="297B99D1" w14:textId="77777777" w:rsidR="005C3834" w:rsidRDefault="00000000">
      <w:pPr>
        <w:spacing w:after="100"/>
      </w:pPr>
      <w:r>
        <w:t>A season may have trained you, sharpened your skills, expanded your capacity, or prepared you to execute the next assignment faster. What some people call failure or a no-progress season may actually have been school for the next level.</w:t>
      </w:r>
    </w:p>
    <w:p w14:paraId="05C89CCE" w14:textId="77777777" w:rsidR="005C3834" w:rsidRDefault="00000000">
      <w:pPr>
        <w:ind w:left="504" w:right="504"/>
      </w:pPr>
      <w:r>
        <w:rPr>
          <w:i/>
        </w:rPr>
        <w:t>The question is not always, "Did this work?" Sometimes the better question is, "What did this prepare me to do next?"</w:t>
      </w:r>
    </w:p>
    <w:p w14:paraId="7C342EF3" w14:textId="77777777" w:rsidR="005C3834" w:rsidRDefault="00000000">
      <w:pPr>
        <w:spacing w:after="100"/>
      </w:pPr>
      <w:r>
        <w:t>Do not remain somewhere only because of what you have already invested. God may have genuinely used a thing for one season without intending it to remain your assignment forever.</w:t>
      </w:r>
    </w:p>
    <w:p w14:paraId="78FA0F3E" w14:textId="77777777" w:rsidR="005C3834" w:rsidRDefault="00000000">
      <w:pPr>
        <w:pStyle w:val="Heading1"/>
      </w:pPr>
      <w:r>
        <w:t>7. Purpose Over People's Reactions</w:t>
      </w:r>
    </w:p>
    <w:p w14:paraId="2C27BE2D" w14:textId="77777777" w:rsidR="005C3834" w:rsidRDefault="00000000">
      <w:pPr>
        <w:spacing w:after="100"/>
      </w:pPr>
      <w:r>
        <w:t>Some people remain stuck because they are afraid of how others will respond if they change direction, say no, reduce access, or walk away. The teaching challenged believers not to let other people's reactions govern decisions that should be governed by purpose and obedience.</w:t>
      </w:r>
    </w:p>
    <w:p w14:paraId="0BB7998B" w14:textId="77777777" w:rsidR="005C3834" w:rsidRDefault="00000000">
      <w:pPr>
        <w:spacing w:after="100"/>
      </w:pPr>
      <w:r>
        <w:lastRenderedPageBreak/>
        <w:t>This does not mean ignoring wise counsel. It means that disappointment, guilt, opinions, or fear of criticism should not automatically overrule a clear assignment.</w:t>
      </w:r>
    </w:p>
    <w:p w14:paraId="1D8A3121" w14:textId="77777777" w:rsidR="005C3834" w:rsidRDefault="00000000">
      <w:pPr>
        <w:pStyle w:val="Heading1"/>
      </w:pPr>
      <w:r>
        <w:t>8. Pruning Is Not the Same as Unfruitfulness</w:t>
      </w:r>
    </w:p>
    <w:p w14:paraId="598B8B57" w14:textId="77777777" w:rsidR="005C3834" w:rsidRDefault="00000000">
      <w:pPr>
        <w:pStyle w:val="Heading2"/>
      </w:pPr>
      <w:r>
        <w:t>John 15:2</w:t>
      </w:r>
    </w:p>
    <w:p w14:paraId="596D65F7" w14:textId="77777777" w:rsidR="005C3834" w:rsidRDefault="00000000">
      <w:pPr>
        <w:ind w:left="504" w:right="504"/>
      </w:pPr>
      <w:r>
        <w:rPr>
          <w:i/>
        </w:rPr>
        <w:t>"Every branch that bears fruit, He prunes, that it may bear more fruit."</w:t>
      </w:r>
    </w:p>
    <w:p w14:paraId="54ED9B02" w14:textId="77777777" w:rsidR="005C3834" w:rsidRDefault="00000000">
      <w:pPr>
        <w:spacing w:after="100"/>
      </w:pPr>
      <w:r>
        <w:t>The branch being pruned is already fruitful. Therefore, pruning is not only about removing something bad or unproductive. Sometimes something good and productive still needs to be reduced because it is using resources needed for something greater.</w:t>
      </w:r>
    </w:p>
    <w:p w14:paraId="3A60733E" w14:textId="77777777" w:rsidR="005C3834" w:rsidRDefault="00000000">
      <w:pPr>
        <w:ind w:left="504" w:right="504"/>
      </w:pPr>
      <w:r>
        <w:rPr>
          <w:i/>
        </w:rPr>
        <w:t>Good does not always mean necessary. Productive does not always mean priority.</w:t>
      </w:r>
    </w:p>
    <w:p w14:paraId="2131F15C" w14:textId="77777777" w:rsidR="005C3834" w:rsidRDefault="00000000">
      <w:pPr>
        <w:pStyle w:val="ListBullet"/>
        <w:spacing w:after="40"/>
      </w:pPr>
      <w:r>
        <w:t>Too many good commitments can become a burden.</w:t>
      </w:r>
    </w:p>
    <w:p w14:paraId="1405161D" w14:textId="77777777" w:rsidR="005C3834" w:rsidRDefault="00000000">
      <w:pPr>
        <w:pStyle w:val="ListBullet"/>
        <w:spacing w:after="40"/>
      </w:pPr>
      <w:r>
        <w:t>Too many productive projects can reduce overall productivity.</w:t>
      </w:r>
    </w:p>
    <w:p w14:paraId="222E1926" w14:textId="77777777" w:rsidR="005C3834" w:rsidRDefault="00000000">
      <w:pPr>
        <w:pStyle w:val="ListBullet"/>
        <w:spacing w:after="40"/>
      </w:pPr>
      <w:r>
        <w:t>Too many people demanding access can drain focus.</w:t>
      </w:r>
    </w:p>
    <w:p w14:paraId="5D878CA3" w14:textId="77777777" w:rsidR="005C3834" w:rsidRDefault="00000000">
      <w:pPr>
        <w:pStyle w:val="ListBullet"/>
        <w:spacing w:after="40"/>
      </w:pPr>
      <w:r>
        <w:t>Too many opportunities can compete with the one assignment that matters most in the current season.</w:t>
      </w:r>
    </w:p>
    <w:p w14:paraId="342B2E25" w14:textId="77777777" w:rsidR="005C3834" w:rsidRDefault="00000000">
      <w:pPr>
        <w:spacing w:after="100"/>
      </w:pPr>
      <w:r>
        <w:t>A mature stewardship question is not only, "Is this producing?" but also, "Does this deserve this much of me in this season?"</w:t>
      </w:r>
    </w:p>
    <w:p w14:paraId="77960E9D" w14:textId="77777777" w:rsidR="005C3834" w:rsidRDefault="00000000">
      <w:pPr>
        <w:pStyle w:val="Heading1"/>
      </w:pPr>
      <w:r>
        <w:t>9. Jesus Modeled Selective Access</w:t>
      </w:r>
    </w:p>
    <w:p w14:paraId="52BBA0AF" w14:textId="77777777" w:rsidR="005C3834" w:rsidRDefault="00000000">
      <w:pPr>
        <w:pStyle w:val="Heading2"/>
      </w:pPr>
      <w:r>
        <w:t>Mark 5:37</w:t>
      </w:r>
    </w:p>
    <w:p w14:paraId="031038F6" w14:textId="77777777" w:rsidR="005C3834" w:rsidRDefault="00000000">
      <w:pPr>
        <w:spacing w:after="100"/>
      </w:pPr>
      <w:r>
        <w:t>Jesus permitted no one to follow Him in that moment except Peter, James, and John. Permission mattered. Some people were included and others were not.</w:t>
      </w:r>
    </w:p>
    <w:p w14:paraId="2065F19D" w14:textId="77777777" w:rsidR="005C3834" w:rsidRDefault="00000000">
      <w:pPr>
        <w:pStyle w:val="Heading2"/>
      </w:pPr>
      <w:r>
        <w:t>Matthew 17:1</w:t>
      </w:r>
    </w:p>
    <w:p w14:paraId="01F2C904" w14:textId="77777777" w:rsidR="005C3834" w:rsidRDefault="00000000">
      <w:pPr>
        <w:spacing w:after="100"/>
      </w:pPr>
      <w:r>
        <w:t>Jesus took Peter, James, and John up the mountain by themselves. The whole group did not receive the same access to that moment.</w:t>
      </w:r>
    </w:p>
    <w:p w14:paraId="5A1652AD" w14:textId="77777777" w:rsidR="005C3834" w:rsidRDefault="00000000">
      <w:pPr>
        <w:pStyle w:val="Heading2"/>
      </w:pPr>
      <w:r>
        <w:t>Matthew 26:37</w:t>
      </w:r>
    </w:p>
    <w:p w14:paraId="256EA7D8" w14:textId="77777777" w:rsidR="005C3834" w:rsidRDefault="00000000">
      <w:pPr>
        <w:spacing w:after="100"/>
      </w:pPr>
      <w:r>
        <w:t>In Gethsemane, Jesus again took Peter and the two sons of Zebedee into a deeper moment.</w:t>
      </w:r>
    </w:p>
    <w:p w14:paraId="2129D0A7" w14:textId="77777777" w:rsidR="005C3834" w:rsidRDefault="00000000">
      <w:pPr>
        <w:spacing w:after="100"/>
      </w:pPr>
      <w:r>
        <w:t>These examples show that Jesus measured access according to the assignment. He loved people without giving everyone unrestricted access.</w:t>
      </w:r>
    </w:p>
    <w:p w14:paraId="5C365F92" w14:textId="77777777" w:rsidR="005C3834" w:rsidRDefault="00000000">
      <w:pPr>
        <w:pStyle w:val="Heading1"/>
      </w:pPr>
      <w:r>
        <w:t>10. Redirection Is Not Rejection</w:t>
      </w:r>
    </w:p>
    <w:p w14:paraId="2CFD5A21" w14:textId="77777777" w:rsidR="005C3834" w:rsidRDefault="00000000">
      <w:pPr>
        <w:pStyle w:val="Heading2"/>
      </w:pPr>
      <w:r>
        <w:t>Mark 5:18-19</w:t>
      </w:r>
    </w:p>
    <w:p w14:paraId="0E7761A8" w14:textId="77777777" w:rsidR="005C3834" w:rsidRDefault="00000000">
      <w:pPr>
        <w:spacing w:after="100"/>
      </w:pPr>
      <w:r>
        <w:t>The man who had been delivered wanted to travel with Jesus. Jesus did not permit him to go. Instead, Jesus gave him another assignment: go home and tell what the Lord had done for him.</w:t>
      </w:r>
    </w:p>
    <w:p w14:paraId="14EA3051" w14:textId="77777777" w:rsidR="005C3834" w:rsidRDefault="00000000">
      <w:pPr>
        <w:spacing w:after="100"/>
      </w:pPr>
      <w:r>
        <w:t>The man was not rejected; he was redirected. His assignment was not to travel with Jesus. His assignment was to testify.</w:t>
      </w:r>
    </w:p>
    <w:p w14:paraId="774C556F" w14:textId="77777777" w:rsidR="005C3834" w:rsidRDefault="00000000">
      <w:pPr>
        <w:ind w:left="504" w:right="504"/>
      </w:pPr>
      <w:r>
        <w:rPr>
          <w:i/>
        </w:rPr>
        <w:lastRenderedPageBreak/>
        <w:t>Someone else's access is not proof of greater value, and someone else's assignment is not proof that yours is smaller.</w:t>
      </w:r>
    </w:p>
    <w:p w14:paraId="46768480" w14:textId="77777777" w:rsidR="005C3834" w:rsidRDefault="00000000">
      <w:pPr>
        <w:pStyle w:val="Heading1"/>
      </w:pPr>
      <w:r>
        <w:t>11. Jesus Was Not Chasing Numbers</w:t>
      </w:r>
    </w:p>
    <w:p w14:paraId="4BC60208" w14:textId="77777777" w:rsidR="005C3834" w:rsidRDefault="00000000">
      <w:pPr>
        <w:spacing w:after="100"/>
      </w:pPr>
      <w:r>
        <w:t>When people expressed a desire to follow Him, Jesus did not simply recruit them because larger numbers looked successful. He confronted the cost of following Him, sacrifice, priorities, and divided commitments.</w:t>
      </w:r>
    </w:p>
    <w:p w14:paraId="0648DD74" w14:textId="77777777" w:rsidR="005C3834" w:rsidRDefault="00000000">
      <w:pPr>
        <w:spacing w:after="100"/>
      </w:pPr>
      <w:r>
        <w:t>Leadership is not automatically strengthened by adding more people, more projects, or more opportunities. A proposition still requires discernment.</w:t>
      </w:r>
    </w:p>
    <w:p w14:paraId="346457E0" w14:textId="77777777" w:rsidR="005C3834" w:rsidRDefault="00000000">
      <w:pPr>
        <w:ind w:left="504" w:right="504"/>
      </w:pPr>
      <w:r>
        <w:rPr>
          <w:i/>
        </w:rPr>
        <w:t>Not every "yes" offered to you deserves a "yes" from you.</w:t>
      </w:r>
    </w:p>
    <w:p w14:paraId="088BF0B7" w14:textId="77777777" w:rsidR="005C3834" w:rsidRDefault="00000000">
      <w:pPr>
        <w:pStyle w:val="Heading1"/>
      </w:pPr>
      <w:r>
        <w:t>12. Jesus Protected His Time Alone</w:t>
      </w:r>
    </w:p>
    <w:p w14:paraId="7B9E42C4" w14:textId="77777777" w:rsidR="005C3834" w:rsidRDefault="00000000">
      <w:pPr>
        <w:pStyle w:val="Heading2"/>
      </w:pPr>
      <w:r>
        <w:t>Luke 5:15-16</w:t>
      </w:r>
    </w:p>
    <w:p w14:paraId="01745271" w14:textId="77777777" w:rsidR="005C3834" w:rsidRDefault="00000000">
      <w:pPr>
        <w:spacing w:after="100"/>
      </w:pPr>
      <w:r>
        <w:t>As reports about Jesus spread, the crowds increased and people came with real needs. Yet Jesus often withdrew into the wilderness and prayed.</w:t>
      </w:r>
    </w:p>
    <w:p w14:paraId="668B68A1" w14:textId="77777777" w:rsidR="005C3834" w:rsidRDefault="00000000">
      <w:pPr>
        <w:spacing w:after="100"/>
      </w:pPr>
      <w:r>
        <w:t>He did not wait until no one needed Him before protecting time with the Father. He withdrew while demands still existed.</w:t>
      </w:r>
    </w:p>
    <w:p w14:paraId="0D39CF72" w14:textId="77777777" w:rsidR="005C3834" w:rsidRDefault="00000000">
      <w:pPr>
        <w:ind w:left="504" w:right="504"/>
      </w:pPr>
      <w:r>
        <w:rPr>
          <w:i/>
        </w:rPr>
        <w:t>A legitimate need does not automatically create an obligation for you to personally meet it.</w:t>
      </w:r>
    </w:p>
    <w:p w14:paraId="7DD7F704" w14:textId="77777777" w:rsidR="005C3834" w:rsidRDefault="00000000">
      <w:pPr>
        <w:spacing w:after="100"/>
      </w:pPr>
      <w:r>
        <w:t>Sometimes stepping back allows another person to pray, research, make a decision, solve a problem, develop faith, and learn to depend on God instead of always depending on another person.</w:t>
      </w:r>
    </w:p>
    <w:p w14:paraId="612C53E8" w14:textId="77777777" w:rsidR="005C3834" w:rsidRDefault="00000000">
      <w:pPr>
        <w:pStyle w:val="Heading1"/>
      </w:pPr>
      <w:r>
        <w:t>13. Everybody's Urgency Is Not Your Urgency</w:t>
      </w:r>
    </w:p>
    <w:p w14:paraId="7C9BC411" w14:textId="77777777" w:rsidR="005C3834" w:rsidRDefault="00000000">
      <w:pPr>
        <w:spacing w:after="100"/>
      </w:pPr>
      <w:r>
        <w:t>One of the strongest practical lessons was that another person's urgent situation is not automatically your emergency. Sometimes what feels urgent to someone else is the result of a series of decisions they now want another person to fix.</w:t>
      </w:r>
    </w:p>
    <w:p w14:paraId="7EBDC9BE" w14:textId="77777777" w:rsidR="005C3834" w:rsidRDefault="00000000">
      <w:pPr>
        <w:spacing w:after="100"/>
      </w:pPr>
      <w:r>
        <w:t>There is a difference between a true emergency and a problem that needs patience, prayer, responsibility, research, or better decision-making.</w:t>
      </w:r>
    </w:p>
    <w:p w14:paraId="51F16ABE" w14:textId="77777777" w:rsidR="005C3834" w:rsidRDefault="00000000">
      <w:pPr>
        <w:spacing w:after="100"/>
      </w:pPr>
      <w:r>
        <w:t>A healthier response pattern is: problem -&gt; prayer -&gt; discernment -&gt; wait when appropriate -&gt; wise action. The goal is not passivity; it is refusing to let panic determine timing.</w:t>
      </w:r>
    </w:p>
    <w:p w14:paraId="3598EA71" w14:textId="77777777" w:rsidR="005C3834" w:rsidRDefault="00000000">
      <w:pPr>
        <w:ind w:left="504" w:right="504"/>
      </w:pPr>
      <w:r>
        <w:rPr>
          <w:i/>
        </w:rPr>
        <w:t>You can care about someone without taking ownership of every consequence of their decisions.</w:t>
      </w:r>
    </w:p>
    <w:p w14:paraId="4666CEB6" w14:textId="77777777" w:rsidR="005C3834" w:rsidRDefault="00000000">
      <w:pPr>
        <w:pStyle w:val="Heading1"/>
      </w:pPr>
      <w:r>
        <w:t>14. Boundaries Are Not Arrogance</w:t>
      </w:r>
    </w:p>
    <w:p w14:paraId="7114F7E7" w14:textId="77777777" w:rsidR="005C3834" w:rsidRDefault="00000000">
      <w:pPr>
        <w:spacing w:after="100"/>
      </w:pPr>
      <w:r>
        <w:t>Saying no is not automatically mean, selfish, or arrogant. Jesus said no, withdrew, limited access, redirected people, and measured His commitments.</w:t>
      </w:r>
    </w:p>
    <w:p w14:paraId="4C774650" w14:textId="77777777" w:rsidR="005C3834" w:rsidRDefault="00000000">
      <w:pPr>
        <w:spacing w:after="100"/>
      </w:pPr>
      <w:r>
        <w:t>Compassion does not always mean giving someone exactly what they ask for. Sometimes money, rescue, or immediate intervention treats the symptom while leaving the underlying pattern unchanged.</w:t>
      </w:r>
    </w:p>
    <w:p w14:paraId="16D14C66" w14:textId="77777777" w:rsidR="005C3834" w:rsidRDefault="00000000">
      <w:pPr>
        <w:spacing w:after="100"/>
      </w:pPr>
      <w:r>
        <w:t>Healthy boundaries can be an act of stewardship when they protect the assignment God has given you.</w:t>
      </w:r>
    </w:p>
    <w:p w14:paraId="766C96A7" w14:textId="77777777" w:rsidR="005C3834" w:rsidRDefault="00000000">
      <w:pPr>
        <w:pStyle w:val="Heading1"/>
      </w:pPr>
      <w:r>
        <w:lastRenderedPageBreak/>
        <w:t>15. Protect the Assignment</w:t>
      </w:r>
    </w:p>
    <w:p w14:paraId="3EDC8E50" w14:textId="77777777" w:rsidR="005C3834" w:rsidRDefault="00000000">
      <w:pPr>
        <w:spacing w:after="100"/>
      </w:pPr>
      <w:r>
        <w:t>Bishop Allen used completing a book quickly as an example of what happens when priorities are clear. Focus sometimes requires not answering every phone call and not putting out every fire while working on the assignment.</w:t>
      </w:r>
    </w:p>
    <w:p w14:paraId="2E4C6077" w14:textId="77777777" w:rsidR="005C3834" w:rsidRDefault="00000000">
      <w:pPr>
        <w:spacing w:after="100"/>
      </w:pPr>
      <w:r>
        <w:t>This is not about ignoring people. It is about recognizing that some fires can be handled by the person experiencing them, and that constant interruption can keep both parties from developing.</w:t>
      </w:r>
    </w:p>
    <w:p w14:paraId="431D810F" w14:textId="77777777" w:rsidR="005C3834" w:rsidRDefault="00000000">
      <w:pPr>
        <w:ind w:left="504" w:right="504"/>
      </w:pPr>
      <w:r>
        <w:rPr>
          <w:i/>
        </w:rPr>
        <w:t>Do not abandon your assignment every time somebody else has a fire.</w:t>
      </w:r>
    </w:p>
    <w:p w14:paraId="5DECEF65" w14:textId="77777777" w:rsidR="005C3834" w:rsidRDefault="00000000">
      <w:pPr>
        <w:pStyle w:val="Heading1"/>
      </w:pPr>
      <w:r>
        <w:t>16. The Tier Structure</w:t>
      </w:r>
    </w:p>
    <w:p w14:paraId="65A8D273" w14:textId="77777777" w:rsidR="005C3834" w:rsidRDefault="00000000">
      <w:pPr>
        <w:pStyle w:val="Heading2"/>
      </w:pPr>
      <w:r>
        <w:t>Tier 1 - Your Assignment</w:t>
      </w:r>
    </w:p>
    <w:p w14:paraId="189E810A" w14:textId="77777777" w:rsidR="005C3834" w:rsidRDefault="00000000">
      <w:pPr>
        <w:spacing w:after="100"/>
      </w:pPr>
      <w:r>
        <w:t>Ask: What has God actually called me to accomplish in this season?</w:t>
      </w:r>
    </w:p>
    <w:p w14:paraId="13C90865" w14:textId="77777777" w:rsidR="005C3834" w:rsidRDefault="00000000">
      <w:pPr>
        <w:spacing w:after="100"/>
      </w:pPr>
      <w:r>
        <w:t>This is more specific than knowing your lifetime purpose. It requires self-evaluation, prayer, quiet, Scripture, writing things down, and removing distractions long enough to hear clearly.</w:t>
      </w:r>
    </w:p>
    <w:p w14:paraId="2253C12B" w14:textId="77777777" w:rsidR="005C3834" w:rsidRDefault="00000000">
      <w:pPr>
        <w:ind w:left="504" w:right="504"/>
      </w:pPr>
      <w:r>
        <w:rPr>
          <w:i/>
        </w:rPr>
        <w:t>If I do not know my assignment, almost anything can look like an opportunity.</w:t>
      </w:r>
    </w:p>
    <w:p w14:paraId="02264420" w14:textId="77777777" w:rsidR="005C3834" w:rsidRDefault="00000000">
      <w:pPr>
        <w:pStyle w:val="Heading2"/>
      </w:pPr>
      <w:r>
        <w:t>Tier 2 - Your Inner Circle</w:t>
      </w:r>
    </w:p>
    <w:p w14:paraId="11102744" w14:textId="77777777" w:rsidR="005C3834" w:rsidRDefault="00000000">
      <w:pPr>
        <w:spacing w:after="100"/>
      </w:pPr>
      <w:r>
        <w:t>Ask: Who are the people who should receive my greatest personal investment right now?</w:t>
      </w:r>
    </w:p>
    <w:p w14:paraId="33BF128E" w14:textId="77777777" w:rsidR="005C3834" w:rsidRDefault="00000000">
      <w:pPr>
        <w:spacing w:after="100"/>
      </w:pPr>
      <w:r>
        <w:t>This may include a spouse, family member, pastor, mentor, ministry partner, business partner, or strategic relationship God is developing. The point is to identify these relationships intentionally instead of allowing everyone equal access by default.</w:t>
      </w:r>
    </w:p>
    <w:p w14:paraId="44379A91" w14:textId="77777777" w:rsidR="005C3834" w:rsidRDefault="00000000">
      <w:pPr>
        <w:spacing w:after="100"/>
      </w:pPr>
      <w:r>
        <w:t>The order matters: assignment first, then inner circle. The assignment helps determine who needs close access in that season.</w:t>
      </w:r>
    </w:p>
    <w:p w14:paraId="2431835F" w14:textId="77777777" w:rsidR="005C3834" w:rsidRDefault="00000000">
      <w:pPr>
        <w:pStyle w:val="Heading1"/>
      </w:pPr>
      <w:r>
        <w:t>17. Key Leadership Lessons from Jesus</w:t>
      </w:r>
    </w:p>
    <w:p w14:paraId="1A898D0F" w14:textId="77777777" w:rsidR="005C3834" w:rsidRDefault="00000000">
      <w:pPr>
        <w:pStyle w:val="ListBullet"/>
        <w:spacing w:after="40"/>
      </w:pPr>
      <w:r>
        <w:t>Jesus did not treat every opportunity equally.</w:t>
      </w:r>
    </w:p>
    <w:p w14:paraId="29F53F1C" w14:textId="77777777" w:rsidR="005C3834" w:rsidRDefault="00000000">
      <w:pPr>
        <w:pStyle w:val="ListBullet"/>
        <w:spacing w:after="40"/>
      </w:pPr>
      <w:r>
        <w:t>Jesus did not give everybody equal access.</w:t>
      </w:r>
    </w:p>
    <w:p w14:paraId="4082D3AA" w14:textId="77777777" w:rsidR="005C3834" w:rsidRDefault="00000000">
      <w:pPr>
        <w:pStyle w:val="ListBullet"/>
        <w:spacing w:after="40"/>
      </w:pPr>
      <w:r>
        <w:t>Jesus did not spend equal time with everybody.</w:t>
      </w:r>
    </w:p>
    <w:p w14:paraId="75FEE6F6" w14:textId="77777777" w:rsidR="005C3834" w:rsidRDefault="00000000">
      <w:pPr>
        <w:pStyle w:val="ListBullet"/>
        <w:spacing w:after="40"/>
      </w:pPr>
      <w:r>
        <w:t>Jesus did not say yes to everybody who wanted to follow Him.</w:t>
      </w:r>
    </w:p>
    <w:p w14:paraId="4EEF7323" w14:textId="77777777" w:rsidR="005C3834" w:rsidRDefault="00000000">
      <w:pPr>
        <w:pStyle w:val="ListBullet"/>
        <w:spacing w:after="40"/>
      </w:pPr>
      <w:r>
        <w:t>Jesus sometimes reduced the group for a specific assignment.</w:t>
      </w:r>
    </w:p>
    <w:p w14:paraId="5320E4A6" w14:textId="77777777" w:rsidR="005C3834" w:rsidRDefault="00000000">
      <w:pPr>
        <w:pStyle w:val="ListBullet"/>
        <w:spacing w:after="40"/>
      </w:pPr>
      <w:r>
        <w:t>Jesus sometimes redirected people instead of bringing them closer.</w:t>
      </w:r>
    </w:p>
    <w:p w14:paraId="2FF09377" w14:textId="77777777" w:rsidR="005C3834" w:rsidRDefault="00000000">
      <w:pPr>
        <w:pStyle w:val="ListBullet"/>
        <w:spacing w:after="40"/>
      </w:pPr>
      <w:r>
        <w:t>Jesus sometimes withdrew completely and prayed.</w:t>
      </w:r>
    </w:p>
    <w:p w14:paraId="3B5609EF" w14:textId="77777777" w:rsidR="005C3834" w:rsidRDefault="00000000">
      <w:pPr>
        <w:pStyle w:val="ListBullet"/>
        <w:spacing w:after="40"/>
      </w:pPr>
      <w:r>
        <w:t>Jesus measured commitments instead of being controlled by pressure, guilt, numbers, or urgency.</w:t>
      </w:r>
    </w:p>
    <w:p w14:paraId="6EC7D729" w14:textId="77777777" w:rsidR="005C3834" w:rsidRDefault="00000000">
      <w:pPr>
        <w:pStyle w:val="Heading1"/>
      </w:pPr>
      <w:r>
        <w:t>18. Main Takeaways</w:t>
      </w:r>
    </w:p>
    <w:p w14:paraId="039628B9" w14:textId="77777777" w:rsidR="005C3834" w:rsidRDefault="00000000">
      <w:pPr>
        <w:pStyle w:val="ListBullet"/>
        <w:spacing w:after="40"/>
      </w:pPr>
      <w:r>
        <w:t>Know your assignment in the current season.</w:t>
      </w:r>
    </w:p>
    <w:p w14:paraId="32A4F92E" w14:textId="77777777" w:rsidR="005C3834" w:rsidRDefault="00000000">
      <w:pPr>
        <w:pStyle w:val="ListBullet"/>
        <w:spacing w:after="40"/>
      </w:pPr>
      <w:r>
        <w:t>Give people appropriate access instead of automatic access.</w:t>
      </w:r>
    </w:p>
    <w:p w14:paraId="7DF8277C" w14:textId="77777777" w:rsidR="005C3834" w:rsidRDefault="00000000">
      <w:pPr>
        <w:pStyle w:val="ListBullet"/>
        <w:spacing w:after="40"/>
      </w:pPr>
      <w:r>
        <w:t>Prune good things when they compete with a greater assignment.</w:t>
      </w:r>
    </w:p>
    <w:p w14:paraId="340FAEB8" w14:textId="77777777" w:rsidR="005C3834" w:rsidRDefault="00000000">
      <w:pPr>
        <w:pStyle w:val="ListBullet"/>
        <w:spacing w:after="40"/>
      </w:pPr>
      <w:r>
        <w:t>Do not stay in an old season merely because of past investment.</w:t>
      </w:r>
    </w:p>
    <w:p w14:paraId="58AE8742" w14:textId="77777777" w:rsidR="005C3834" w:rsidRDefault="00000000">
      <w:pPr>
        <w:pStyle w:val="ListBullet"/>
        <w:spacing w:after="40"/>
      </w:pPr>
      <w:r>
        <w:t>Make decisions from purpose, not fear of people's reactions.</w:t>
      </w:r>
    </w:p>
    <w:p w14:paraId="3A87D494" w14:textId="77777777" w:rsidR="005C3834" w:rsidRDefault="00000000">
      <w:pPr>
        <w:pStyle w:val="ListBullet"/>
        <w:spacing w:after="40"/>
      </w:pPr>
      <w:r>
        <w:lastRenderedPageBreak/>
        <w:t>Do not confuse somebody else's urgency with your responsibility.</w:t>
      </w:r>
    </w:p>
    <w:p w14:paraId="07F3174C" w14:textId="77777777" w:rsidR="005C3834" w:rsidRDefault="00000000">
      <w:pPr>
        <w:pStyle w:val="ListBullet"/>
        <w:spacing w:after="40"/>
      </w:pPr>
      <w:r>
        <w:t>Protect time with God even when people still need you.</w:t>
      </w:r>
    </w:p>
    <w:p w14:paraId="13D176CF" w14:textId="77777777" w:rsidR="005C3834" w:rsidRDefault="00000000">
      <w:pPr>
        <w:pStyle w:val="ListBullet"/>
        <w:spacing w:after="40"/>
      </w:pPr>
      <w:r>
        <w:t>Use compassion and boundaries together.</w:t>
      </w:r>
    </w:p>
    <w:p w14:paraId="65C79F84" w14:textId="77777777" w:rsidR="005C3834" w:rsidRDefault="00000000">
      <w:pPr>
        <w:pStyle w:val="ListBullet"/>
        <w:spacing w:after="40"/>
      </w:pPr>
      <w:r>
        <w:t>Trust God enough to resist panic.</w:t>
      </w:r>
    </w:p>
    <w:p w14:paraId="363F6D43" w14:textId="77777777" w:rsidR="005C3834" w:rsidRDefault="00000000">
      <w:pPr>
        <w:pStyle w:val="ListBullet"/>
        <w:spacing w:after="40"/>
      </w:pPr>
      <w:r>
        <w:t>Measure what you accept, what you continue, what you postpone, and what you release.</w:t>
      </w:r>
    </w:p>
    <w:p w14:paraId="3A4F62CE" w14:textId="77777777" w:rsidR="005C3834" w:rsidRDefault="00000000">
      <w:pPr>
        <w:pStyle w:val="Heading1"/>
      </w:pPr>
      <w:r>
        <w:t>19. Personal Reflection / Homework</w:t>
      </w:r>
    </w:p>
    <w:p w14:paraId="128E4CE9" w14:textId="77777777" w:rsidR="005C3834" w:rsidRDefault="00000000">
      <w:pPr>
        <w:pStyle w:val="ListBullet"/>
        <w:spacing w:after="40"/>
      </w:pPr>
      <w:r>
        <w:t>What has God called me to accomplish in this season?</w:t>
      </w:r>
    </w:p>
    <w:p w14:paraId="78293279" w14:textId="77777777" w:rsidR="005C3834" w:rsidRDefault="00000000">
      <w:pPr>
        <w:pStyle w:val="ListBullet"/>
        <w:spacing w:after="40"/>
      </w:pPr>
      <w:r>
        <w:t>Who belongs in my inner circle in this season?</w:t>
      </w:r>
    </w:p>
    <w:p w14:paraId="5F825620" w14:textId="77777777" w:rsidR="005C3834" w:rsidRDefault="00000000">
      <w:pPr>
        <w:pStyle w:val="ListBullet"/>
        <w:spacing w:after="40"/>
      </w:pPr>
      <w:r>
        <w:t>Who or what currently has too much access to me?</w:t>
      </w:r>
    </w:p>
    <w:p w14:paraId="262EE15E" w14:textId="77777777" w:rsidR="005C3834" w:rsidRDefault="00000000">
      <w:pPr>
        <w:pStyle w:val="ListBullet"/>
        <w:spacing w:after="40"/>
      </w:pPr>
      <w:r>
        <w:t>What good thing may need pruning so something greater can grow?</w:t>
      </w:r>
    </w:p>
    <w:p w14:paraId="6F88A185" w14:textId="77777777" w:rsidR="005C3834" w:rsidRDefault="00000000">
      <w:pPr>
        <w:pStyle w:val="ListBullet"/>
        <w:spacing w:after="40"/>
      </w:pPr>
      <w:r>
        <w:t>What am I holding onto because of the time, money, or emotion already invested?</w:t>
      </w:r>
    </w:p>
    <w:p w14:paraId="67A96B5E" w14:textId="77777777" w:rsidR="005C3834" w:rsidRDefault="00000000">
      <w:pPr>
        <w:pStyle w:val="ListBullet"/>
        <w:spacing w:after="40"/>
      </w:pPr>
      <w:r>
        <w:t>What situation am I carrying that actually belongs to someone else?</w:t>
      </w:r>
    </w:p>
    <w:p w14:paraId="6988DF52" w14:textId="77777777" w:rsidR="005C3834" w:rsidRDefault="00000000">
      <w:pPr>
        <w:pStyle w:val="ListBullet"/>
        <w:spacing w:after="40"/>
      </w:pPr>
      <w:r>
        <w:t>Where do I need to stop panicking and give God room to work?</w:t>
      </w:r>
    </w:p>
    <w:p w14:paraId="42EC3564" w14:textId="77777777" w:rsidR="005C3834" w:rsidRDefault="00000000">
      <w:pPr>
        <w:pStyle w:val="ListBullet"/>
        <w:spacing w:after="40"/>
      </w:pPr>
      <w:r>
        <w:t>What will I say no to this week so I can say a stronger yes to my assignment?</w:t>
      </w:r>
    </w:p>
    <w:p w14:paraId="7AC906AE" w14:textId="77777777" w:rsidR="005C3834" w:rsidRDefault="00000000">
      <w:pPr>
        <w:pStyle w:val="Heading1"/>
      </w:pPr>
      <w:r>
        <w:t>20. Closing Prayer Focus</w:t>
      </w:r>
    </w:p>
    <w:p w14:paraId="0D123AC0" w14:textId="77777777" w:rsidR="005C3834" w:rsidRDefault="00000000">
      <w:pPr>
        <w:spacing w:after="100"/>
      </w:pPr>
      <w:r>
        <w:t>The closing prayer asked God to expand minds, touch hearts, and help believers make spiritual decisions that produce physical action. The prayer emphasized courage to say no, courage to withdraw from noise, peace in uncertainty, trust instead of panic, and wholehearted pursuit of God's wisdom, direction, principles, knowledge, and application.</w:t>
      </w:r>
    </w:p>
    <w:p w14:paraId="0F647CD8" w14:textId="77777777" w:rsidR="005C3834" w:rsidRDefault="00000000">
      <w:pPr>
        <w:spacing w:after="100"/>
      </w:pPr>
      <w:r>
        <w:t>The final challenge was not simply to hear the teaching, but to take actions that reflect it immediately.</w:t>
      </w:r>
    </w:p>
    <w:p w14:paraId="1D161A93" w14:textId="77777777" w:rsidR="005C3834" w:rsidRDefault="00000000">
      <w:pPr>
        <w:pStyle w:val="Heading1"/>
      </w:pPr>
      <w:r>
        <w:t>21. Final Summary</w:t>
      </w:r>
    </w:p>
    <w:p w14:paraId="74064467" w14:textId="77777777" w:rsidR="005C3834" w:rsidRDefault="00000000">
      <w:pPr>
        <w:ind w:left="504" w:right="504"/>
      </w:pPr>
      <w:r>
        <w:rPr>
          <w:i/>
        </w:rPr>
        <w:t>Know your assignment, protect your access, prune what competes with your purpose, prioritize the right people, withdraw when necessary, and trust God enough not to make every problem your emergency.</w:t>
      </w:r>
    </w:p>
    <w:p w14:paraId="2F7B1CCE" w14:textId="77777777" w:rsidR="005C3834" w:rsidRDefault="00000000">
      <w:pPr>
        <w:spacing w:after="100"/>
      </w:pPr>
      <w:r>
        <w:t>Tiered leadership is not about believing you are more important than other people. It is about recognizing that your responsibilities are not all equal. Everyone can have value while still receiving different levels of access, time, attention, and investment.</w:t>
      </w:r>
    </w:p>
    <w:sectPr w:rsidR="005C3834"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D8BA2" w14:textId="77777777" w:rsidR="00674854" w:rsidRDefault="00674854">
      <w:pPr>
        <w:spacing w:after="0" w:line="240" w:lineRule="auto"/>
      </w:pPr>
      <w:r>
        <w:separator/>
      </w:r>
    </w:p>
  </w:endnote>
  <w:endnote w:type="continuationSeparator" w:id="0">
    <w:p w14:paraId="2C2CA29F" w14:textId="77777777" w:rsidR="00674854" w:rsidRDefault="0067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6CC4" w14:textId="77777777" w:rsidR="005C3834" w:rsidRDefault="00000000">
    <w:pPr>
      <w:pStyle w:val="Footer"/>
      <w:jc w:val="center"/>
    </w:pPr>
    <w:r>
      <w:rPr>
        <w:sz w:val="16"/>
      </w:rPr>
      <w:t>Kingdom Prosperity Fellowship | October 4,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64BC" w14:textId="77777777" w:rsidR="00674854" w:rsidRDefault="00674854">
      <w:pPr>
        <w:spacing w:after="0" w:line="240" w:lineRule="auto"/>
      </w:pPr>
      <w:r>
        <w:separator/>
      </w:r>
    </w:p>
  </w:footnote>
  <w:footnote w:type="continuationSeparator" w:id="0">
    <w:p w14:paraId="0715C66A" w14:textId="77777777" w:rsidR="00674854" w:rsidRDefault="00674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1208062">
    <w:abstractNumId w:val="8"/>
  </w:num>
  <w:num w:numId="2" w16cid:durableId="1466434781">
    <w:abstractNumId w:val="6"/>
  </w:num>
  <w:num w:numId="3" w16cid:durableId="1981349954">
    <w:abstractNumId w:val="5"/>
  </w:num>
  <w:num w:numId="4" w16cid:durableId="1076363576">
    <w:abstractNumId w:val="4"/>
  </w:num>
  <w:num w:numId="5" w16cid:durableId="1853447370">
    <w:abstractNumId w:val="7"/>
  </w:num>
  <w:num w:numId="6" w16cid:durableId="1696077343">
    <w:abstractNumId w:val="3"/>
  </w:num>
  <w:num w:numId="7" w16cid:durableId="431630536">
    <w:abstractNumId w:val="2"/>
  </w:num>
  <w:num w:numId="8" w16cid:durableId="1141117482">
    <w:abstractNumId w:val="1"/>
  </w:num>
  <w:num w:numId="9" w16cid:durableId="344593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2AC1"/>
    <w:rsid w:val="0029639D"/>
    <w:rsid w:val="00326F90"/>
    <w:rsid w:val="005C3834"/>
    <w:rsid w:val="00674854"/>
    <w:rsid w:val="00AA1D8D"/>
    <w:rsid w:val="00B47730"/>
    <w:rsid w:val="00C552CF"/>
    <w:rsid w:val="00CB0664"/>
    <w:rsid w:val="00FC693F"/>
    <w:rsid w:val="00FF6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DD434"/>
  <w14:defaultImageDpi w14:val="300"/>
  <w15:docId w15:val="{D41FA859-C6CC-4DA9-8D77-30BCA033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Kingdom Prosperity Fellowship Notes - October 4, 2026</dc:title>
  <dc:subject>Tiered Leadership and Relational Capital</dc:subject>
  <dc:creator>Prepared from Kingdom Prosperity Fellowship teaching notes</dc:creator>
  <cp:keywords/>
  <dc:description>generated by python-docx</dc:description>
  <cp:lastModifiedBy>Daina ONeal</cp:lastModifiedBy>
  <cp:revision>2</cp:revision>
  <dcterms:created xsi:type="dcterms:W3CDTF">2026-10-05T17:46:00Z</dcterms:created>
  <dcterms:modified xsi:type="dcterms:W3CDTF">2026-10-05T17:46:00Z</dcterms:modified>
  <cp:category/>
</cp:coreProperties>
</file>